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i w:val="0"/>
          <w:color w:val="C00000"/>
          <w:sz w:val="36"/>
        </w:rPr>
        <w:t>DÉCLARATION D’INTENTION DE GRÈVE</w:t>
      </w:r>
    </w:p>
    <w:p>
      <w:pPr>
        <w:spacing w:after="0"/>
        <w:jc w:val="center"/>
      </w:pPr>
      <w:r>
        <w:rPr>
          <w:b w:val="0"/>
          <w:i/>
          <w:sz w:val="20"/>
        </w:rPr>
        <w:t>Réf. : loi n° 2008-790 du 20 août 2008</w:t>
      </w:r>
    </w:p>
    <w:p>
      <w:pPr>
        <w:spacing w:after="360"/>
        <w:jc w:val="center"/>
      </w:pPr>
      <w:r>
        <w:rPr>
          <w:b w:val="0"/>
          <w:i/>
          <w:sz w:val="20"/>
        </w:rPr>
        <w:t>circulaire n° 2008-111 du 26 août 2008</w:t>
      </w:r>
    </w:p>
    <w:p>
      <w:pPr>
        <w:spacing w:after="200"/>
      </w:pPr>
      <w:r>
        <w:rPr>
          <w:b w:val="0"/>
          <w:i w:val="0"/>
        </w:rPr>
        <w:t>Je soussigné(e),</w:t>
      </w:r>
    </w:p>
    <w:p>
      <w:pPr>
        <w:spacing w:after="200"/>
      </w:pPr>
      <w:r>
        <w:rPr>
          <w:b w:val="0"/>
          <w:i w:val="0"/>
        </w:rPr>
        <w:t>NOM : ................................................................................</w:t>
      </w:r>
    </w:p>
    <w:p>
      <w:pPr>
        <w:spacing w:after="280"/>
      </w:pPr>
      <w:r>
        <w:rPr>
          <w:b w:val="0"/>
          <w:i w:val="0"/>
        </w:rPr>
        <w:t>Prénom : ............................................................................</w:t>
      </w:r>
    </w:p>
    <w:p>
      <w:pPr>
        <w:spacing w:after="200"/>
      </w:pPr>
      <w:r>
        <w:rPr>
          <w:b w:val="0"/>
          <w:i w:val="0"/>
        </w:rPr>
        <w:t>Exerçant devant élèves, le jour de la grève, des fonctions d’enseignement à l’école :</w:t>
      </w:r>
    </w:p>
    <w:p>
      <w:pPr>
        <w:spacing w:after="160"/>
      </w:pPr>
      <w:r>
        <w:rPr>
          <w:b w:val="0"/>
          <w:i w:val="0"/>
        </w:rPr>
        <w:t>☐ Maternelle : ....................................................................</w:t>
      </w:r>
    </w:p>
    <w:p>
      <w:pPr>
        <w:spacing w:after="160"/>
      </w:pPr>
      <w:r>
        <w:rPr>
          <w:b w:val="0"/>
          <w:i w:val="0"/>
        </w:rPr>
        <w:t>☐ Élémentaire : ..................................................................</w:t>
      </w:r>
    </w:p>
    <w:p>
      <w:pPr>
        <w:spacing w:after="280"/>
      </w:pPr>
      <w:r>
        <w:rPr>
          <w:b w:val="0"/>
          <w:i w:val="0"/>
        </w:rPr>
        <w:t>☐ Primaire : ......................................................................</w:t>
      </w:r>
    </w:p>
    <w:p>
      <w:pPr>
        <w:spacing w:after="160"/>
      </w:pPr>
      <w:r>
        <w:rPr>
          <w:b w:val="0"/>
          <w:i w:val="0"/>
        </w:rPr>
        <w:t>Commune de : ......................................................................</w:t>
      </w:r>
    </w:p>
    <w:p>
      <w:pPr>
        <w:spacing w:after="360"/>
      </w:pPr>
      <w:r>
        <w:rPr>
          <w:b w:val="0"/>
          <w:i w:val="0"/>
        </w:rPr>
        <w:t>Circonscription de : ..............................................................</w:t>
      </w:r>
    </w:p>
    <w:p>
      <w:pPr>
        <w:spacing w:after="80"/>
        <w:jc w:val="center"/>
      </w:pPr>
      <w:r>
        <w:rPr>
          <w:b w:val="0"/>
          <w:i w:val="0"/>
        </w:rPr>
        <w:t>Déclare mon intention de participer à la grève à partir de 8h00,</w:t>
      </w:r>
    </w:p>
    <w:p>
      <w:pPr>
        <w:spacing w:after="320"/>
        <w:jc w:val="center"/>
      </w:pPr>
      <w:r>
        <w:rPr>
          <w:b/>
          <w:i w:val="0"/>
          <w:color w:val="C00000"/>
          <w:sz w:val="32"/>
        </w:rPr>
        <w:t>le MARDI 10 NOVEMBRE 2026</w:t>
      </w:r>
    </w:p>
    <w:p>
      <w:pPr>
        <w:spacing w:after="400"/>
      </w:pPr>
      <w:r>
        <w:rPr>
          <w:b w:val="0"/>
          <w:i/>
          <w:sz w:val="22"/>
        </w:rPr>
        <w:t>Ceci est uniquement une déclaration d’intention qui ne présume en rien de ma participation effective à la grève.</w:t>
      </w:r>
    </w:p>
    <w:p>
      <w:pPr>
        <w:spacing w:after="280"/>
      </w:pPr>
      <w:r>
        <w:rPr>
          <w:b w:val="0"/>
          <w:i w:val="0"/>
        </w:rPr>
        <w:t>Fait à ……………………………………, le ……… / ……… / ………</w:t>
      </w:r>
    </w:p>
    <w:p>
      <w:pPr>
        <w:spacing w:after="1200"/>
        <w:jc w:val="right"/>
      </w:pPr>
      <w:r>
        <w:rPr>
          <w:b/>
          <w:i w:val="0"/>
        </w:rPr>
        <w:t>Signature (obligatoire)</w:t>
      </w:r>
    </w:p>
    <w:p>
      <w:pPr>
        <w:spacing w:after="40"/>
      </w:pPr>
      <w:r>
        <w:rPr>
          <w:b/>
          <w:i w:val="0"/>
          <w:sz w:val="22"/>
        </w:rPr>
        <w:t>À transmettre à l’IEN de ta circonscription :</w:t>
      </w:r>
    </w:p>
    <w:p>
      <w:pPr>
        <w:spacing w:after="40"/>
      </w:pPr>
      <w:r>
        <w:rPr>
          <w:b w:val="0"/>
          <w:i w:val="0"/>
          <w:sz w:val="22"/>
        </w:rPr>
        <w:t>- par courrier électronique ;</w:t>
      </w:r>
    </w:p>
    <w:p>
      <w:pPr>
        <w:spacing w:after="40"/>
      </w:pPr>
      <w:r>
        <w:rPr>
          <w:b w:val="0"/>
          <w:i w:val="0"/>
          <w:sz w:val="22"/>
        </w:rPr>
        <w:t>À envoyer via ta boîte mail pro (ac-versailles) en utilisant l’option distribution et lecture</w:t>
      </w:r>
    </w:p>
    <w:p>
      <w:r>
        <w:rPr>
          <w:b/>
          <w:i w:val="0"/>
          <w:color w:val="C00000"/>
          <w:sz w:val="22"/>
        </w:rPr>
        <w:t>au plus tard le SAMEDI 7 NOVEMBRE à 23h59.</w:t>
      </w:r>
    </w:p>
    <w:sectPr w:rsidR="00FC693F" w:rsidRPr="0006063C" w:rsidSect="00034616">
      <w:pgSz w:w="11906" w:h="16838"/>
      <w:pgMar w:top="102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